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Context - Notulen tweewekelijkse MT-vergadering</w:t>
      </w:r>
    </w:p>
    <w:p>
      <w:pPr>
        <w:pStyle w:val="Heading1"/>
      </w:pPr>
      <w:r>
        <w:t>1. Organisatie en rol</w:t>
      </w:r>
    </w:p>
    <w:p>
      <w:r>
        <w:t>Ik ben Sanne de Wit en ik werk bij ConnectNL in Utrecht als stafmedewerker van het managementteam. Ik bereid de tweewekelijkse MT-vergadering voor, maak de notulen en bewaak de opvolging van actiepunten. Ik rapporteer aan Linda Bakker, directeur Operations.</w:t>
      </w:r>
    </w:p>
    <w:p>
      <w:r>
        <w:t>ConnectNL is een Nederlandse telecomprovider met 2,5 miljoen klanten, actief in mobiel, internet en zakelijke dienstverlening. Het bedrijf richt zich op betrouwbare service en klanttevredenheid in een competitieve markt.</w:t>
      </w:r>
    </w:p>
    <w:p>
      <w:pPr>
        <w:pStyle w:val="Heading1"/>
      </w:pPr>
      <w:r>
        <w:t>2. Werkproces</w:t>
      </w:r>
    </w:p>
    <w:p>
      <w:r>
        <w:t>Mijn werkproces is het voorbereiden, notuleren en opvolgen van de tweewekelijkse MT-vergadering. Het MT moet snel besluiten kunnen nemen op basis van complete, gestructureerde informatie.</w:t>
      </w:r>
    </w:p>
    <w:p>
      <w:r>
        <w:rPr>
          <w:b/>
        </w:rPr>
        <w:t>Stap 1: Voorbereiding (dag ervoor).</w:t>
      </w:r>
      <w:r>
        <w:t xml:space="preserve"> Agenda opstellen op basis van lopende actiepunten, input MT-leden verzamelen, vergaderstukken bundelen en delen.</w:t>
      </w:r>
    </w:p>
    <w:p>
      <w:r>
        <w:rPr>
          <w:b/>
        </w:rPr>
        <w:t>Stap 2: Vergadering (dinsdag 10.00-11.30 uur).</w:t>
      </w:r>
      <w:r>
        <w:t xml:space="preserve"> Notulen maken, besluiten en actiepunten vastleggen, vertrouwelijke punten apart markeren.</w:t>
      </w:r>
    </w:p>
    <w:p>
      <w:r>
        <w:rPr>
          <w:b/>
        </w:rPr>
        <w:t>Stap 3: Afronding (binnen 24 uur).</w:t>
      </w:r>
      <w:r>
        <w:t xml:space="preserve"> Notulen verspreiden, actiepunten in de takenlijst zetten, volgende vergadering voorbereiden.</w:t>
      </w:r>
    </w:p>
    <w:p>
      <w:pPr>
        <w:pStyle w:val="Heading1"/>
      </w:pPr>
      <w:r>
        <w:t>3. Gewenst resultaat</w:t>
      </w:r>
    </w:p>
    <w:p>
      <w:r>
        <w:rPr>
          <w:b/>
        </w:rPr>
        <w:t>Wat:</w:t>
      </w:r>
      <w:r>
        <w:t xml:space="preserve"> beknopte, actiegerichte notulen (max. 2 pagina's) met drie onderdelen die het MT laten schakelen tussen overzicht, beslissing en opvolging:</w:t>
      </w:r>
    </w:p>
    <w:p>
      <w:pPr>
        <w:pStyle w:val="ListBullet"/>
      </w:pPr>
      <w:r>
        <w:t>Besluitenlijst: elk besluit bevat wat, wie en wanneer</w:t>
      </w:r>
    </w:p>
    <w:p>
      <w:pPr>
        <w:pStyle w:val="ListBullet"/>
      </w:pPr>
      <w:r>
        <w:t>Actiepuntenlijst: per actie een eigenaar en deadline</w:t>
      </w:r>
    </w:p>
    <w:p>
      <w:pPr>
        <w:pStyle w:val="ListBullet"/>
      </w:pPr>
      <w:r>
        <w:t>Samenvatting discussies: maximaal 3 zinnen per onderwerp, conclusie eerst</w:t>
      </w:r>
    </w:p>
    <w:p>
      <w:r>
        <w:rPr>
          <w:b/>
        </w:rPr>
        <w:t>Wie:</w:t>
      </w:r>
      <w:r>
        <w:t xml:space="preserve"> het Operationeel Management Team (5 personen):</w:t>
      </w:r>
    </w:p>
    <w:p>
      <w:pPr>
        <w:pStyle w:val="ListBullet"/>
      </w:pPr>
      <w:r>
        <w:t>Linda Bakker, directeur Operations (l.bakker@connectnl.nl)</w:t>
      </w:r>
    </w:p>
    <w:p>
      <w:pPr>
        <w:pStyle w:val="ListBullet"/>
      </w:pPr>
      <w:r>
        <w:t>Marco de Jong, hoofd Customer Service (m.dejong@connectnl.nl)</w:t>
      </w:r>
    </w:p>
    <w:p>
      <w:pPr>
        <w:pStyle w:val="ListBullet"/>
      </w:pPr>
      <w:r>
        <w:t>Pieter van Dijk, hoofd Network Operations (p.vandijk@connectnl.nl)</w:t>
      </w:r>
    </w:p>
    <w:p>
      <w:pPr>
        <w:pStyle w:val="ListBullet"/>
      </w:pPr>
      <w:r>
        <w:t>Sarah Mensink, hoofd Technical Support (s.mensink@connectnl.nl)</w:t>
      </w:r>
    </w:p>
    <w:p>
      <w:pPr>
        <w:pStyle w:val="ListBullet"/>
      </w:pPr>
      <w:r>
        <w:t>Ahmed Hassan, hoofd Sales &amp; Retention (a.hassan@connectnl.nl)</w:t>
      </w:r>
    </w:p>
    <w:p>
      <w:r>
        <w:t>Het MT is senior, heeft weinig tijd en wil conclusies voor de onderbouwing. Ze lezen zelden meer dan de besluitenlijst en samenvatting, tenzij er iets hun aandacht trekt.</w:t>
      </w:r>
    </w:p>
    <w:p>
      <w:r>
        <w:rPr>
          <w:b/>
        </w:rPr>
        <w:t>Kwaliteit:</w:t>
      </w:r>
      <w:r>
        <w:t xml:space="preserve"> de notulen zijn goed wanneer:</w:t>
      </w:r>
    </w:p>
    <w:p>
      <w:pPr>
        <w:pStyle w:val="ListBullet"/>
      </w:pPr>
      <w:r>
        <w:t>de status van lopende actiepunten is bijgewerkt (open / in behandeling / afgerond)</w:t>
      </w:r>
    </w:p>
    <w:p>
      <w:pPr>
        <w:pStyle w:val="ListBullet"/>
      </w:pPr>
      <w:r>
        <w:t>discussiepunten zijn samengevat met conclusie, niet letterlijk genotuleerd</w:t>
      </w:r>
    </w:p>
    <w:p>
      <w:pPr>
        <w:pStyle w:val="ListBullet"/>
      </w:pPr>
      <w:r>
        <w:t>vertrouwelijke punten apart zijn gemarkeerd met [VERTROUWELIJK]</w:t>
      </w:r>
    </w:p>
    <w:p>
      <w:pPr>
        <w:pStyle w:val="ListBullet"/>
      </w:pPr>
      <w:r>
        <w:t>iedere actie een eigenaar en een deadline heeft</w:t>
      </w:r>
    </w:p>
    <w:p>
      <w:pPr>
        <w:pStyle w:val="Heading1"/>
      </w:pPr>
      <w:r>
        <w:t>4. Aandachtspunten</w:t>
      </w:r>
    </w:p>
    <w:p>
      <w:r>
        <w:rPr>
          <w:b/>
        </w:rPr>
        <w:t>Vaktermen:</w:t>
      </w:r>
    </w:p>
    <w:p>
      <w:pPr>
        <w:pStyle w:val="ListBullet"/>
      </w:pPr>
      <w:r>
        <w:t>Altijd “klanten”, nooit “users” of “abonnees”</w:t>
      </w:r>
    </w:p>
    <w:p>
      <w:pPr>
        <w:pStyle w:val="ListBullet"/>
      </w:pPr>
      <w:r>
        <w:t>Getallen: 1.250.000 (niet 1,25M of 1.25 miljoen)</w:t>
      </w:r>
    </w:p>
    <w:p>
      <w:pPr>
        <w:pStyle w:val="ListBullet"/>
      </w:pPr>
      <w:r>
        <w:t>Notulen in tegenwoordige tijd (“Het MT besluit…”, niet “Het MT heeft besloten…”)</w:t>
      </w:r>
    </w:p>
    <w:p>
      <w:pPr>
        <w:pStyle w:val="ListBullet"/>
      </w:pPr>
      <w:r>
        <w:t>Geen technisch jargon: “netwerkstoring”, niet “service degradation”</w:t>
      </w:r>
    </w:p>
    <w:p>
      <w:pPr>
        <w:pStyle w:val="ListBullet"/>
      </w:pPr>
      <w:r>
        <w:t>Incidenten altijd met impact: “1.200 klanten 3 uur geen internet”</w:t>
      </w:r>
    </w:p>
    <w:p>
      <w:r>
        <w:rPr>
          <w:b/>
        </w:rPr>
        <w:t>Regels:</w:t>
      </w:r>
    </w:p>
    <w:p>
      <w:pPr>
        <w:pStyle w:val="ListBullet"/>
      </w:pPr>
      <w:r>
        <w:t>Vertrouwelijke punten markeren met [VERTROUWELIJK]. Personeelszaken, zoals ziekte of vervanging, zijn altijd vertrouwelijk.</w:t>
      </w:r>
    </w:p>
    <w:p>
      <w:pPr>
        <w:pStyle w:val="ListBullet"/>
      </w:pPr>
      <w:r>
        <w:t>Notulen binnen 24 uur na de vergadering verspreiden</w:t>
      </w:r>
    </w:p>
    <w:p>
      <w:pPr>
        <w:pStyle w:val="ListBullet"/>
      </w:pPr>
      <w:r>
        <w:t>Afkortingen bij eerste vermelding voluit schrijven</w:t>
      </w:r>
    </w:p>
    <w:p>
      <w:pPr>
        <w:pStyle w:val="ListBullet"/>
      </w:pPr>
      <w:r>
        <w:t>Conclusie eerst, dan onderbouwing; geen marketingtaal in MT-stukken</w:t>
      </w:r>
    </w:p>
    <w:p>
      <w:r>
        <w:rPr>
          <w:b/>
        </w:rPr>
        <w:t>Let op:</w:t>
      </w:r>
    </w:p>
    <w:p>
      <w:pPr>
        <w:pStyle w:val="ListBullet"/>
      </w:pPr>
      <w:r>
        <w:t>Systemen die ik gebruik: Outlook (agenda en e-mail MT-leden), SharePoint (vergaderstukken en notulenarchief), Microsoft Teams (MT-kanaal voor tussentijdse afstemming), Excel (actiepuntenlijst en besluitenregister)</w:t>
      </w:r>
    </w:p>
    <w:p>
      <w:pPr>
        <w:pStyle w:val="ListBullet"/>
      </w:pPr>
      <w:r>
        <w:t>Vaste agendapunten in volgorde: opening en mededelingen (5 min), actiepuntenlijst vorige vergadering (10 min), financiële update (15 min), operationele performance en KPI's (20 min), lopende projecten (20 min), personeelszaken (10 min), rondvraag en afsluiting (10 min)</w:t>
      </w:r>
    </w:p>
    <w:p>
      <w:pPr>
        <w:pStyle w:val="ListBullet"/>
      </w:pPr>
      <w:r>
        <w:t>Seizoenpatronen om alert op te zijn: januari = hogere churn na de feestdagen; september = meer technische vragen (terug van vakantie); december = piekbelasting customer service (eindejaarsacties)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s="Aptos" w:eastAsia="Apto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ptos" w:hAnsi="Aptos" w:cs="Aptos" w:eastAsia="Aptos"/>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ptos" w:hAnsi="Aptos" w:cs="Aptos" w:eastAsia="Aptos"/>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cs="Aptos" w:eastAsia="Aptos"/>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Context - Notulen tweewekelijkse MT-vergadering</dc:title>
  <dc:subject/>
  <dc:creator>Sanne de Wit</dc:creator>
  <cp:keywords/>
  <dc:description>generated by python-docx</dc:description>
  <cp:lastModifiedBy/>
  <cp:revision>1</cp:revision>
  <dcterms:created xsi:type="dcterms:W3CDTF">2013-12-23T23:15:00Z</dcterms:created>
  <dcterms:modified xsi:type="dcterms:W3CDTF">2013-12-23T23:15:00Z</dcterms:modified>
  <cp:category/>
</cp:coreProperties>
</file>